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בצורת ומים וירטואליים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מהי בצורת וכיצד היא משפיעה על שדות ויבול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מים וירטואליים ולקשר אותו למזון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דרכים להתמודדות עם מחסור במים בחקלאות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תקופה ארוכה בלי מספיק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קטן או נפגע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צמח בלי מים נובל ועליו כפופים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בלי מים הצמחים לא גדלים היטב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העץ השתמש במים כדי לגדל את התפוח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וירטואליים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(תקופה ארוכה בלי מספיק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(כמות המזון שגדלה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(נתינת מים לצמחים)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(מים נסתרים שבתוך המזון)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שותלים שני צמחים באותו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צמח אחד מקבל מים וצמח שני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הצמח שלא קיבל מים נובל ומצהיב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החקלאי קוצר את היבול מהצמחים שגדלו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וירטואליים הם כל המים שהושקעו בגידול מזון, למשל כוס מים רבות נדרשות כדי לגדל תפוח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גידולים שצריכים פחות מים, ולהשתמש בהשקיה חסכונית שמטפטפת מים ישירות לשורשים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וברורה של בצורת כחוסר גשם ממושך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של מים וירטואליים עם דוגמה רלוונטית ממזון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מעשית וריאלית לגבי צמצום בזבוז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עציץ מושקה ועציץ יבש כדי להמחיש את ההבדל באופן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הנושא לארוחה האחרונה שהתלמידים אכלו כדי להמחיש את המים הנסתרים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קצר על דרכים פשוטות לצמצום בזבוז מזון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בצורת ומים וירטואליים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מה קורה לצמחים כשאין מספיק מים, ונגלה שגם באוכל שאנחנו אוכלים מוסתרים הרבה מים שהצמח שתה כדי לגדול.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בצורת  ·  נבול  ·  וירטואליים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בצורת?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תקופה ארוכה בלי מספיק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אחד בלי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עונה עם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ליבול כשיש בצורת?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גדל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קטן או נפגע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נשאר אותו הדבר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צמח שלא מקבל מים ייראה ירוק וזקוף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בצורת פוגעת ביבול של השדות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אכילת תפוח כוללת גם צריכה של מים וירטואליים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צמח בלי מים הופך צהבהב ונראה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תקופה ארוכה בלי מספיק גשם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המים שהושקעו בגידול מזון נקראים 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מים נסתרים שבתוך המזון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תקופה ארוכה בלי מספיק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השקיה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כמות המזון שגדלה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מים וירטואליים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נתינת מים לצמחים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החקלאי קוצר את היבול מהצמחים שגדלו 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הצמח שלא קיבל מים נובל ומצהיב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צמח אחד מקבל מים וצמח שני 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שותלים שני צמחים באותו 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מהם מים וירטואליים, עם דוגמה של מזון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הציעו שני צעדים שחקלאית יכולה לעשות בשנת בצורת כדי לחסוך 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בצורת?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מה הם מים וירטואליים בעזרת דוגמה של מזון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הצמחים צמאים – בצורת ומים וירטואליים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