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מהי בצורת וכיצד היא משפיעה על שדות ויבול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מים וירטואליים ולקשר אותו למזון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להתמודדות עם מחסור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תקופה ארוכה בלי מספיק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קטן או נפגע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המים שצמח או בעל חיים צרכו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השקיה חסכונית וגידולים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אוכל נושא איתו מים שהושקעו בגידולו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צמח בלי מים נובל ועליו כפופים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בלי מים הצמחים לא גדלים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העץ השתמש במים כדי לגדל את התפוח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מוצרים שונים צורכים כמויות מים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עוזרת לחקלאים לנצל מים בצורה טובה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השקיה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(תקופה ארוכה בלי מספיק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(כמות המזון שגדלה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(נתינת מים לצמחים)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(מים נסתרים שבתוך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(צמחים שצריכים פחות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 שני צמחים באותו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צמח אחד מקבל מים וצמח שני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הצמח שלא קיבל מים נובל ומצהיב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החקלאי קוצר את היבול מהצמחים שגדלו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המזון מגיע לצלחת שלנו עם כל המים שהוא ספג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וירטואליים הם כל המים שהושקעו בגידול מזון, למשל כוס מים רבות נדרשות כדי לגדל תפוח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גידולים שצריכים פחות מים, ולהשתמש בהשקיה חסכונית שמטפטפת מים ישירות לשורשים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בצורת כחוסר גשם ממושך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מים וירטואליים עם דוגמה רלוונטית ממזון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מעשית וריאלית לגבי צמצום בזבוז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עציץ מושקה ועציץ יבש כדי להמחיש את ההבדל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הנושא לארוחה האחרונה שהתלמידים אכלו כדי להמחיש את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על דרכים פשוטות לצמצום בזבוז מזון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מה זה בצורת, ולמה לצמחים חסרים מים. לומדים גם שבכל אוכל יש מים נסתרים.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מספיק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המזון שגדלה בשדה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מים לצמחים בדרך מלאכותית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מים וירטואליים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המים שהצמח צרך כדי לגדול, גם אם לא רואים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 חסכונית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להשקות שמשתמשת בפחות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גידולים מתאימים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צמחים שצריכים פחות מים וטובים לאזור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בצורת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תקופה ארוכה בלי מספיק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 בלי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עונה עם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בבצורת היבול...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 או נפגע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משתנה בצבע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וירטואליים הם...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שרואים בבקבוק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המים שצמח או בעל חיים צרכו כדי לגדול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מלוחים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שיורדים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לחסוך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להשקות כל הזמן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השקיה חסכונית וגידולים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מים עודפים לשדה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זורקים אוכל זה גם לבזבז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האוכל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אוכל נושא איתו מים שהושקעו בגידולו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אוכל תמיד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שלא מקבל מים ייראה ירוק וזקוף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פוגעת ביבול של השדות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אכילת תפוח כוללת גם צריכה של מים וירטואליים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המזון צריכים את אותה כמות מים כדי לגדול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חסכונית היא דרך אחת להתמודד עם מחסור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צמח בלי מים הופך צהבהב ונראה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תקופה ארוכה בלי מספיק גשם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המים שהושקעו בגידול מזון נקראים 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כמות המזון שגדלה בשדה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דרך לתת מים לצמחים בצורה מבוקרת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נתינת מים לצמחים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תקופה ארוכה בלי מספיק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צמחים שצריכים פחות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 וירטואליים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המזון שגדלה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גידולים מתאימים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נסתרים שבתוך המזון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החקלאי קוצר את היבול מהצמחים שגדלו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שלא קיבל מים נובל ומצהיב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המזון מגיע לצלחת שלנו עם כל המים שהוא ספג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אחד מקבל מים וצמח שני 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שותלים שני צמחים באותו 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מהם מים וירטואליים, עם דוגמה של מזון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צעדים שחקלאית יכולה לעשות בשנת בצורת כדי לחסוך 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בצורת?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 הם מים וירטואליים בעזרת דוגמה של מזון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השבוע כדי לא לזרוק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בצורת ומים וירטואליים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